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AC" w:rsidRDefault="00A05AAC">
      <w:pPr>
        <w:autoSpaceDE w:val="0"/>
        <w:autoSpaceDN w:val="0"/>
        <w:spacing w:after="0" w:line="126" w:lineRule="exact"/>
      </w:pPr>
    </w:p>
    <w:tbl>
      <w:tblPr>
        <w:tblW w:w="0" w:type="auto"/>
        <w:tblInd w:w="734" w:type="dxa"/>
        <w:tblLayout w:type="fixed"/>
        <w:tblLook w:val="04A0"/>
      </w:tblPr>
      <w:tblGrid>
        <w:gridCol w:w="8280"/>
        <w:gridCol w:w="1160"/>
      </w:tblGrid>
      <w:tr w:rsidR="00A05AAC">
        <w:trPr>
          <w:trHeight w:val="260"/>
        </w:trPr>
        <w:tc>
          <w:tcPr>
            <w:tcW w:w="8280" w:type="dxa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after="0" w:line="200" w:lineRule="exact"/>
              <w:ind w:left="744"/>
            </w:pPr>
            <w:r>
              <w:rPr>
                <w:rFonts w:ascii="Arial" w:eastAsia="Arial" w:hAnsi="Arial"/>
                <w:color w:val="000000"/>
                <w:sz w:val="20"/>
              </w:rPr>
              <w:t>MONITORUL OFICIAL AL ROMÂNIEI, PARTEA I, Nr. 711 bis/26.VIII.2026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after="0" w:line="200" w:lineRule="exact"/>
              <w:jc w:val="right"/>
            </w:pPr>
            <w:r>
              <w:rPr>
                <w:rFonts w:ascii="Arial" w:eastAsia="Arial" w:hAnsi="Arial"/>
                <w:color w:val="000000"/>
                <w:sz w:val="20"/>
              </w:rPr>
              <w:t>31</w:t>
            </w:r>
          </w:p>
        </w:tc>
      </w:tr>
    </w:tbl>
    <w:p w:rsidR="00A05AAC" w:rsidRDefault="00A05AAC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1558"/>
        <w:gridCol w:w="2336"/>
        <w:gridCol w:w="2338"/>
        <w:gridCol w:w="3116"/>
      </w:tblGrid>
      <w:tr w:rsidR="00F55DC8" w:rsidTr="000841FC">
        <w:trPr>
          <w:trHeight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  <w:vAlign w:val="center"/>
          </w:tcPr>
          <w:p w:rsidR="00F55DC8" w:rsidRDefault="00F55DC8" w:rsidP="000841FC">
            <w:pPr>
              <w:autoSpaceDE w:val="0"/>
              <w:autoSpaceDN w:val="0"/>
              <w:spacing w:before="946" w:after="0" w:line="144" w:lineRule="exact"/>
              <w:jc w:val="center"/>
            </w:pPr>
            <w:r w:rsidRPr="005475B3">
              <w:rPr>
                <w:rFonts w:ascii="Times New Roman" w:eastAsia="Times New Roman" w:hAnsi="Times New Roman"/>
                <w:i/>
                <w:noProof/>
                <w:color w:val="595959"/>
                <w:w w:val="97"/>
                <w:sz w:val="15"/>
              </w:rPr>
              <w:drawing>
                <wp:inline distT="0" distB="0" distL="0" distR="0">
                  <wp:extent cx="585470" cy="894889"/>
                  <wp:effectExtent l="19050" t="0" r="508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894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Județul</w:t>
            </w:r>
            <w:proofErr w:type="spellEnd"/>
          </w:p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BRASOV</w:t>
            </w:r>
          </w:p>
        </w:tc>
      </w:tr>
      <w:tr w:rsidR="00F55DC8" w:rsidTr="00F55DC8">
        <w:trPr>
          <w:trHeight w:val="502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F55DC8" w:rsidRDefault="00F55DC8" w:rsidP="000841FC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Autoritatea</w:t>
            </w:r>
            <w:proofErr w:type="spellEnd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administrației</w:t>
            </w:r>
            <w:proofErr w:type="spellEnd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publice</w:t>
            </w:r>
            <w:proofErr w:type="spellEnd"/>
          </w:p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MUNICIPIUL FAGARAS</w:t>
            </w:r>
          </w:p>
        </w:tc>
      </w:tr>
      <w:tr w:rsidR="00F55DC8" w:rsidTr="00F55DC8">
        <w:trPr>
          <w:trHeight w:val="51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F55DC8" w:rsidRDefault="00F55DC8" w:rsidP="000841FC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28" w:after="0" w:line="146" w:lineRule="exact"/>
              <w:ind w:left="100"/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Cod de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identificare</w:t>
            </w:r>
            <w:proofErr w:type="spellEnd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fiscală</w:t>
            </w:r>
            <w:proofErr w:type="spellEnd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 (CIF)</w:t>
            </w:r>
          </w:p>
          <w:p w:rsidR="00F55DC8" w:rsidRDefault="00F55DC8" w:rsidP="000841FC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4384419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8" w:after="0" w:line="166" w:lineRule="exact"/>
              <w:ind w:left="102"/>
            </w:pP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Adresa</w:t>
            </w:r>
            <w:proofErr w:type="spellEnd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oficială</w:t>
            </w:r>
            <w:proofErr w:type="spellEnd"/>
            <w:r>
              <w:br/>
            </w: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  <w:lang w:val="de-DE"/>
              </w:rPr>
              <w:t>Str.Republicii nr.3, Fagaras, tel.0040 368 402949, secretariat@primaria-fagaras.ro</w:t>
            </w:r>
            <w:r w:rsidRPr="00D14E30">
              <w:rPr>
                <w:lang w:val="de-DE"/>
              </w:rPr>
              <w:br/>
            </w:r>
            <w:r>
              <w:rPr>
                <w:rFonts w:ascii="Times New Roman" w:eastAsia="Times New Roman" w:hAnsi="Times New Roman"/>
                <w:i/>
                <w:color w:val="7A7A7A"/>
                <w:w w:val="97"/>
                <w:sz w:val="15"/>
                <w:lang w:val="de-DE"/>
              </w:rPr>
              <w:t>sediul · telefon · e-mail</w:t>
            </w:r>
          </w:p>
        </w:tc>
      </w:tr>
      <w:tr w:rsidR="00F55DC8" w:rsidTr="00F55DC8">
        <w:trPr>
          <w:trHeight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F55DC8" w:rsidRDefault="00F55DC8" w:rsidP="000841FC"/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F55DC8" w:rsidRDefault="00F55DC8" w:rsidP="000841FC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Data</w:t>
            </w:r>
          </w:p>
        </w:tc>
      </w:tr>
      <w:tr w:rsidR="00A05AAC">
        <w:trPr>
          <w:trHeight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2" w:after="0" w:line="146" w:lineRule="exact"/>
              <w:ind w:left="100"/>
            </w:pPr>
            <w:r>
              <w:rPr>
                <w:rFonts w:ascii="Times New Roman" w:eastAsia="Times New Roman" w:hAnsi="Times New Roman"/>
                <w:i/>
                <w:color w:val="595959"/>
                <w:w w:val="97"/>
                <w:sz w:val="15"/>
              </w:rPr>
              <w:t xml:space="preserve"> se completează de autoritate — solicitantul nu scrie în această zonă</w:t>
            </w:r>
          </w:p>
        </w:tc>
      </w:tr>
    </w:tbl>
    <w:p w:rsidR="00A05AAC" w:rsidRDefault="00F55DC8">
      <w:pPr>
        <w:autoSpaceDE w:val="0"/>
        <w:autoSpaceDN w:val="0"/>
        <w:spacing w:before="326" w:after="290" w:line="246" w:lineRule="exact"/>
        <w:ind w:left="3312" w:right="4032"/>
        <w:jc w:val="center"/>
      </w:pPr>
      <w:r>
        <w:rPr>
          <w:rFonts w:ascii="Times New Roman" w:eastAsia="Times New Roman" w:hAnsi="Times New Roman"/>
          <w:b/>
          <w:color w:val="000000"/>
          <w:sz w:val="27"/>
        </w:rPr>
        <w:t xml:space="preserve">ÎNȘTIINȚARE </w:t>
      </w:r>
      <w:r>
        <w:br/>
      </w:r>
      <w:r>
        <w:rPr>
          <w:rFonts w:ascii="Times New Roman" w:eastAsia="Times New Roman" w:hAnsi="Times New Roman"/>
          <w:color w:val="000000"/>
          <w:w w:val="102"/>
          <w:sz w:val="18"/>
        </w:rPr>
        <w:t>privind începerea execuției lucrărilor</w:t>
      </w:r>
    </w:p>
    <w:tbl>
      <w:tblPr>
        <w:tblW w:w="0" w:type="auto"/>
        <w:tblInd w:w="4" w:type="dxa"/>
        <w:tblLayout w:type="fixed"/>
        <w:tblLook w:val="04A0"/>
      </w:tblPr>
      <w:tblGrid>
        <w:gridCol w:w="9348"/>
      </w:tblGrid>
      <w:tr w:rsidR="00A05AAC">
        <w:trPr>
          <w:trHeight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7"/>
              </w:rPr>
              <w:t>CĂTRE</w:t>
            </w:r>
          </w:p>
        </w:tc>
      </w:tr>
      <w:tr w:rsidR="00A05AAC">
        <w:trPr>
          <w:trHeight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" w:after="0" w:line="168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Instituția </w:t>
            </w:r>
            <w:r>
              <w:br/>
            </w:r>
            <w:r>
              <w:rPr>
                <w:rFonts w:ascii="Times New Roman" w:eastAsia="Times New Roman" w:hAnsi="Times New Roman"/>
                <w:i/>
                <w:color w:val="7A7A7A"/>
                <w:w w:val="97"/>
                <w:sz w:val="15"/>
              </w:rPr>
              <w:t>primăria municipiului / orașului / comunei · primăria de sector · consiliul județean</w:t>
            </w:r>
          </w:p>
        </w:tc>
      </w:tr>
      <w:tr w:rsidR="00A05AAC">
        <w:trPr>
          <w:trHeight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14" w:after="0" w:line="1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:rsidR="00A05AAC" w:rsidRDefault="00A05AAC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A05AAC">
        <w:trPr>
          <w:trHeight w:val="212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30" w:after="0" w:line="17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7"/>
              </w:rPr>
              <w:t>SOLICITANTUL</w:t>
            </w:r>
          </w:p>
        </w:tc>
      </w:tr>
      <w:tr w:rsidR="00A05AAC">
        <w:trPr>
          <w:trHeight w:val="504"/>
        </w:trPr>
        <w:tc>
          <w:tcPr>
            <w:tcW w:w="5452" w:type="dxa"/>
            <w:gridSpan w:val="5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CNP</w:t>
            </w:r>
          </w:p>
        </w:tc>
      </w:tr>
      <w:tr w:rsidR="00A05AAC">
        <w:trPr>
          <w:trHeight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Act de identitate</w:t>
            </w:r>
          </w:p>
        </w:tc>
      </w:tr>
      <w:tr w:rsidR="00A05AAC">
        <w:trPr>
          <w:trHeight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4" w:lineRule="exact"/>
              <w:ind w:left="98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A05AAC">
        <w:trPr>
          <w:trHeight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4" w:after="0" w:line="15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A05AAC">
        <w:trPr>
          <w:trHeight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4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Satul / sectorul</w:t>
            </w:r>
          </w:p>
        </w:tc>
      </w:tr>
      <w:tr w:rsidR="00A05AAC">
        <w:trPr>
          <w:trHeight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2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2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98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Țara</w:t>
            </w:r>
          </w:p>
        </w:tc>
      </w:tr>
      <w:tr w:rsidR="00A05AAC">
        <w:trPr>
          <w:trHeight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2" w:after="0" w:line="15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A05AAC">
        <w:trPr>
          <w:trHeight w:val="504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2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E-mail</w:t>
            </w:r>
          </w:p>
        </w:tc>
      </w:tr>
    </w:tbl>
    <w:p w:rsidR="00A05AAC" w:rsidRDefault="00A05AAC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1558"/>
        <w:gridCol w:w="2336"/>
        <w:gridCol w:w="5454"/>
      </w:tblGrid>
      <w:tr w:rsidR="00A05AAC">
        <w:trPr>
          <w:trHeight w:val="208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4" w:after="0" w:line="17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5"/>
              </w:rPr>
              <w:t xml:space="preserve"> 3. </w:t>
            </w: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7"/>
              </w:rPr>
              <w:t>TITULAR AL AUTORIZAȚIEI DE CONSTRUIRE / DESFIINȚARE</w:t>
            </w:r>
          </w:p>
        </w:tc>
      </w:tr>
      <w:tr w:rsidR="00A05AAC">
        <w:trPr>
          <w:trHeight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30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30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30" w:after="0" w:line="146" w:lineRule="exact"/>
              <w:ind w:left="102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Emisă de</w:t>
            </w:r>
          </w:p>
        </w:tc>
      </w:tr>
      <w:tr w:rsidR="00A05AAC">
        <w:trPr>
          <w:trHeight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5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05AAC">
        <w:trPr>
          <w:trHeight w:val="506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Denumirea lucrării, capacitatea și categoria de lucrări din autorizație</w:t>
            </w:r>
          </w:p>
        </w:tc>
      </w:tr>
      <w:tr w:rsidR="00A05AAC">
        <w:trPr>
          <w:trHeight w:val="50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în valoare de (lei)</w:t>
            </w:r>
          </w:p>
        </w:tc>
      </w:tr>
    </w:tbl>
    <w:p w:rsidR="00A05AAC" w:rsidRDefault="00F55DC8">
      <w:pPr>
        <w:autoSpaceDE w:val="0"/>
        <w:autoSpaceDN w:val="0"/>
        <w:spacing w:before="304" w:after="204" w:line="272" w:lineRule="exact"/>
        <w:ind w:right="3782"/>
        <w:jc w:val="right"/>
      </w:pPr>
      <w:r>
        <w:rPr>
          <w:rFonts w:ascii="Times New Roman" w:eastAsia="Times New Roman" w:hAnsi="Times New Roman"/>
          <w:b/>
          <w:color w:val="000000"/>
          <w:sz w:val="27"/>
        </w:rPr>
        <w:t xml:space="preserve">ADUC LA CUNOȘTINȚĂ </w:t>
      </w:r>
    </w:p>
    <w:tbl>
      <w:tblPr>
        <w:tblW w:w="0" w:type="auto"/>
        <w:tblInd w:w="4" w:type="dxa"/>
        <w:tblLayout w:type="fixed"/>
        <w:tblLook w:val="04A0"/>
      </w:tblPr>
      <w:tblGrid>
        <w:gridCol w:w="2338"/>
        <w:gridCol w:w="1556"/>
        <w:gridCol w:w="5454"/>
      </w:tblGrid>
      <w:tr w:rsidR="00A05AAC">
        <w:trPr>
          <w:trHeight w:val="51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Că la data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ora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" w:after="0" w:line="168" w:lineRule="exact"/>
              <w:ind w:left="102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vor începe lucrările de construcții autorizate </w:t>
            </w:r>
            <w:r>
              <w:rPr>
                <w:rFonts w:ascii="Times New Roman" w:eastAsia="Times New Roman" w:hAnsi="Times New Roman"/>
                <w:i/>
                <w:color w:val="7A7A7A"/>
                <w:w w:val="97"/>
                <w:sz w:val="15"/>
              </w:rPr>
              <w:t>pentru imobilul de mai jos</w:t>
            </w:r>
          </w:p>
        </w:tc>
      </w:tr>
    </w:tbl>
    <w:p w:rsidR="00A05AAC" w:rsidRDefault="00A05AAC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1558"/>
        <w:gridCol w:w="1558"/>
        <w:gridCol w:w="2336"/>
        <w:gridCol w:w="780"/>
        <w:gridCol w:w="780"/>
        <w:gridCol w:w="2336"/>
      </w:tblGrid>
      <w:tr w:rsidR="00A05AAC">
        <w:trPr>
          <w:trHeight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7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5"/>
              </w:rPr>
              <w:t xml:space="preserve"> 4. </w:t>
            </w: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7"/>
              </w:rPr>
              <w:t>IMOBILUL</w:t>
            </w:r>
          </w:p>
        </w:tc>
      </w:tr>
      <w:tr w:rsidR="00A05AAC">
        <w:trPr>
          <w:trHeight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44" w:after="0" w:line="162" w:lineRule="exact"/>
              <w:ind w:left="140"/>
            </w:pPr>
            <w:r>
              <w:rPr>
                <w:rFonts w:ascii="Segoe UI Symbol" w:eastAsia="Segoe UI Symbol" w:hAnsi="Segoe UI Symbol"/>
                <w:color w:val="000000"/>
                <w:w w:val="103"/>
                <w:sz w:val="15"/>
              </w:rPr>
              <w:t>☐</w:t>
            </w: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 UI Symbol" w:eastAsia="Segoe UI Symbol" w:hAnsi="Segoe UI Symbol"/>
                <w:color w:val="000000"/>
                <w:w w:val="103"/>
                <w:sz w:val="15"/>
              </w:rPr>
              <w:t>☐</w:t>
            </w:r>
            <w:r>
              <w:rPr>
                <w:rFonts w:ascii="Times New Roman" w:eastAsia="Times New Roman" w:hAnsi="Times New Roman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A05AAC">
        <w:trPr>
          <w:trHeight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A05AAC">
        <w:trPr>
          <w:trHeight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A05AAC">
        <w:trPr>
          <w:trHeight w:val="514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8" w:after="0" w:line="16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 xml:space="preserve">Număr cadastral </w:t>
            </w:r>
            <w:r>
              <w:br/>
            </w:r>
            <w:r>
              <w:rPr>
                <w:rFonts w:ascii="Times New Roman" w:eastAsia="Times New Roman" w:hAnsi="Times New Roman"/>
                <w:i/>
                <w:color w:val="7A7A7A"/>
                <w:w w:val="97"/>
                <w:sz w:val="15"/>
              </w:rPr>
              <w:t xml:space="preserve">dacă imobilul e înscris în </w:t>
            </w:r>
            <w:r>
              <w:rPr>
                <w:rFonts w:ascii="Times New Roman" w:eastAsia="Times New Roman" w:hAnsi="Times New Roman"/>
                <w:i/>
                <w:color w:val="7A7A7A"/>
                <w:w w:val="97"/>
                <w:sz w:val="15"/>
              </w:rPr>
              <w:t>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Carte funciară nr.</w:t>
            </w:r>
          </w:p>
        </w:tc>
      </w:tr>
    </w:tbl>
    <w:p w:rsidR="00A05AAC" w:rsidRDefault="00A05AAC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1558"/>
        <w:gridCol w:w="4674"/>
        <w:gridCol w:w="3116"/>
      </w:tblGrid>
      <w:tr w:rsidR="00A05AAC">
        <w:trPr>
          <w:trHeight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8" w:after="0" w:line="174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5"/>
              </w:rPr>
              <w:t xml:space="preserve"> 5. </w:t>
            </w:r>
            <w:r>
              <w:rPr>
                <w:rFonts w:ascii="Times New Roman" w:eastAsia="Times New Roman" w:hAnsi="Times New Roman"/>
                <w:b/>
                <w:color w:val="000000"/>
                <w:w w:val="103"/>
                <w:sz w:val="17"/>
              </w:rPr>
              <w:t>DATA ȘI SEMNĂTURA</w:t>
            </w:r>
          </w:p>
        </w:tc>
      </w:tr>
      <w:tr w:rsidR="00A05AAC">
        <w:trPr>
          <w:trHeight w:val="506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Titularul autorizației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before="26" w:after="0" w:line="146" w:lineRule="exact"/>
              <w:ind w:left="100"/>
            </w:pPr>
            <w:r>
              <w:rPr>
                <w:rFonts w:ascii="Times New Roman" w:eastAsia="Times New Roman" w:hAnsi="Times New Roman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:rsidR="00A05AAC" w:rsidRDefault="00A05AAC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/>
      </w:tblPr>
      <w:tblGrid>
        <w:gridCol w:w="9348"/>
      </w:tblGrid>
      <w:tr w:rsidR="00A05AAC">
        <w:trPr>
          <w:trHeight w:val="32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5AAC" w:rsidRDefault="00F55DC8">
            <w:pPr>
              <w:autoSpaceDE w:val="0"/>
              <w:autoSpaceDN w:val="0"/>
              <w:spacing w:after="0" w:line="158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5"/>
              </w:rPr>
              <w:t xml:space="preserve">Formularul se anexează la autorizația de construire / desființare în două exemplare. Titularul autorizației este obligat să păstreze pe șantier un exemplar al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5"/>
              </w:rPr>
              <w:t xml:space="preserve">acestei înștiințări, cu numărul și data înregistrării la autoritatea emitentă. </w:t>
            </w:r>
          </w:p>
        </w:tc>
      </w:tr>
    </w:tbl>
    <w:p w:rsidR="00A05AAC" w:rsidRDefault="00F55DC8">
      <w:pPr>
        <w:tabs>
          <w:tab w:val="left" w:pos="4236"/>
        </w:tabs>
        <w:autoSpaceDE w:val="0"/>
        <w:autoSpaceDN w:val="0"/>
        <w:spacing w:before="1068" w:after="0" w:line="144" w:lineRule="exact"/>
        <w:ind w:left="108"/>
      </w:pPr>
      <w:r>
        <w:rPr>
          <w:rFonts w:ascii="Times New Roman" w:eastAsia="Times New Roman" w:hAnsi="Times New Roman"/>
          <w:color w:val="595959"/>
          <w:w w:val="97"/>
          <w:sz w:val="15"/>
        </w:rPr>
        <w:lastRenderedPageBreak/>
        <w:t xml:space="preserve">F_A_08 · versiunea 1.0 </w:t>
      </w:r>
      <w:r>
        <w:tab/>
      </w:r>
      <w:r>
        <w:rPr>
          <w:rFonts w:ascii="Times New Roman" w:eastAsia="Times New Roman" w:hAnsi="Times New Roman"/>
          <w:color w:val="595959"/>
          <w:w w:val="97"/>
          <w:sz w:val="15"/>
        </w:rPr>
        <w:t>pagina 1 din 1</w:t>
      </w:r>
    </w:p>
    <w:sectPr w:rsidR="00A05AAC" w:rsidSect="00034616">
      <w:pgSz w:w="11900" w:h="16840"/>
      <w:pgMar w:top="126" w:right="546" w:bottom="236" w:left="116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20"/>
  <w:characterSpacingControl w:val="doNotCompress"/>
  <w:savePreviewPicture/>
  <w:compat>
    <w:useFELayout/>
  </w:compat>
  <w:rsids>
    <w:rsidRoot w:val="00B47730"/>
    <w:rsid w:val="00034616"/>
    <w:rsid w:val="0006063C"/>
    <w:rsid w:val="0015074B"/>
    <w:rsid w:val="0029639D"/>
    <w:rsid w:val="00326F90"/>
    <w:rsid w:val="00A05AAC"/>
    <w:rsid w:val="00AA1D8D"/>
    <w:rsid w:val="00B47730"/>
    <w:rsid w:val="00CB0664"/>
    <w:rsid w:val="00F55DC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5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D3AD69-B7A6-4EF7-9D00-7B74CE5C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Windows User</cp:lastModifiedBy>
  <cp:revision>2</cp:revision>
  <dcterms:created xsi:type="dcterms:W3CDTF">2026-09-14T07:53:00Z</dcterms:created>
  <dcterms:modified xsi:type="dcterms:W3CDTF">2026-09-14T07:53:00Z</dcterms:modified>
</cp:coreProperties>
</file>